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C9DDB" w14:textId="6A99371F" w:rsidR="00207C05" w:rsidRPr="00B16F77" w:rsidRDefault="00000000">
      <w:pPr>
        <w:pStyle w:val="Heading1"/>
        <w:rPr>
          <w:color w:val="000000" w:themeColor="text1"/>
        </w:rPr>
      </w:pPr>
      <w:r w:rsidRPr="00B16F77">
        <w:rPr>
          <w:color w:val="000000" w:themeColor="text1"/>
        </w:rPr>
        <w:t xml:space="preserve">EXHIBIT _______ – </w:t>
      </w:r>
      <w:r w:rsidR="00B16F77">
        <w:rPr>
          <w:color w:val="000000" w:themeColor="text1"/>
        </w:rPr>
        <w:t xml:space="preserve">Original </w:t>
      </w:r>
      <w:r w:rsidRPr="00B16F77">
        <w:rPr>
          <w:color w:val="000000" w:themeColor="text1"/>
        </w:rPr>
        <w:t>Refrigerator Model Age and Evidence of End‑of‑Life Failure</w:t>
      </w:r>
    </w:p>
    <w:p w14:paraId="1810D512" w14:textId="77777777" w:rsidR="00207C05" w:rsidRPr="00B16F77" w:rsidRDefault="00000000">
      <w:pPr>
        <w:rPr>
          <w:color w:val="000000" w:themeColor="text1"/>
        </w:rPr>
      </w:pPr>
      <w:r w:rsidRPr="00B16F77">
        <w:rPr>
          <w:color w:val="000000" w:themeColor="text1"/>
        </w:rPr>
        <w:t>GE Hotpoint Top‑Freezer Refrigerator – Model: HTR16ABSERCC</w:t>
      </w:r>
    </w:p>
    <w:p w14:paraId="58CAC66A" w14:textId="77777777" w:rsidR="00207C05" w:rsidRPr="00B16F77" w:rsidRDefault="00000000">
      <w:pPr>
        <w:rPr>
          <w:color w:val="000000" w:themeColor="text1"/>
        </w:rPr>
      </w:pPr>
      <w:r w:rsidRPr="00B16F77">
        <w:rPr>
          <w:color w:val="000000" w:themeColor="text1"/>
        </w:rPr>
        <w:t>Serial Number: MH817273</w:t>
      </w:r>
    </w:p>
    <w:p w14:paraId="762AB728" w14:textId="52BAE0B4" w:rsidR="00207C05" w:rsidRPr="00B16F77" w:rsidRDefault="00000000">
      <w:pPr>
        <w:rPr>
          <w:color w:val="000000" w:themeColor="text1"/>
        </w:rPr>
      </w:pPr>
      <w:r w:rsidRPr="00B16F77">
        <w:rPr>
          <w:color w:val="000000" w:themeColor="text1"/>
        </w:rPr>
        <w:t xml:space="preserve">Prepared: February </w:t>
      </w:r>
      <w:r w:rsidR="00B16F77">
        <w:rPr>
          <w:color w:val="000000" w:themeColor="text1"/>
        </w:rPr>
        <w:t>13</w:t>
      </w:r>
      <w:r w:rsidRPr="00B16F77">
        <w:rPr>
          <w:color w:val="000000" w:themeColor="text1"/>
        </w:rPr>
        <w:t>, 2026</w:t>
      </w:r>
    </w:p>
    <w:p w14:paraId="5FC173E3" w14:textId="77777777" w:rsidR="00207C05" w:rsidRPr="00B16F77" w:rsidRDefault="00000000">
      <w:pPr>
        <w:pStyle w:val="Heading2"/>
        <w:rPr>
          <w:color w:val="000000" w:themeColor="text1"/>
        </w:rPr>
      </w:pPr>
      <w:r w:rsidRPr="00B16F77">
        <w:rPr>
          <w:color w:val="000000" w:themeColor="text1"/>
        </w:rPr>
        <w:t>1) Model Identification</w:t>
      </w:r>
    </w:p>
    <w:p w14:paraId="1B87BD22" w14:textId="77777777" w:rsidR="00207C05" w:rsidRPr="00B16F77" w:rsidRDefault="00000000">
      <w:pPr>
        <w:rPr>
          <w:color w:val="000000" w:themeColor="text1"/>
        </w:rPr>
      </w:pPr>
      <w:r w:rsidRPr="00B16F77">
        <w:rPr>
          <w:color w:val="000000" w:themeColor="text1"/>
        </w:rPr>
        <w:t>The appliance is a GE®/Hotpoint 15.6 cu. ft. top‑freezer refrigerator, model HTR16ABSERCC. The model and supporting documentation are available on GE’s official parts/model page and in publicly available owner’s manuals for the HTR16ABS family.</w:t>
      </w:r>
    </w:p>
    <w:p w14:paraId="416F89E2" w14:textId="77777777" w:rsidR="00207C05" w:rsidRPr="00B16F77" w:rsidRDefault="00000000">
      <w:pPr>
        <w:pStyle w:val="Heading2"/>
        <w:rPr>
          <w:color w:val="000000" w:themeColor="text1"/>
        </w:rPr>
      </w:pPr>
      <w:r w:rsidRPr="00B16F77">
        <w:rPr>
          <w:color w:val="000000" w:themeColor="text1"/>
        </w:rPr>
        <w:t>2) Serial Number Decoding – Month &amp; Year of Manufacture</w:t>
      </w:r>
    </w:p>
    <w:p w14:paraId="6F097658" w14:textId="77777777" w:rsidR="00207C05" w:rsidRPr="00B16F77" w:rsidRDefault="00000000">
      <w:pPr>
        <w:rPr>
          <w:color w:val="000000" w:themeColor="text1"/>
        </w:rPr>
      </w:pPr>
      <w:r w:rsidRPr="00B16F77">
        <w:rPr>
          <w:b/>
          <w:color w:val="000000" w:themeColor="text1"/>
        </w:rPr>
        <w:t>Serial Number: MH817273</w:t>
      </w:r>
    </w:p>
    <w:p w14:paraId="590E069A" w14:textId="77777777" w:rsidR="00207C05" w:rsidRPr="00B16F77" w:rsidRDefault="00000000">
      <w:pPr>
        <w:rPr>
          <w:color w:val="000000" w:themeColor="text1"/>
        </w:rPr>
      </w:pPr>
      <w:r w:rsidRPr="00B16F77">
        <w:rPr>
          <w:color w:val="000000" w:themeColor="text1"/>
        </w:rPr>
        <w:t>GE/Hotpoint serials encode the date with the first two letters: the first letter is the month and the second letter is the year (cycles every ~12 years). For MH817273: M = July (month); H corresponds to 1981, 1993, 2005, or 2017. Given the HTR16ABS production era (mid‑2000s), the correct match is July 2005.</w:t>
      </w:r>
    </w:p>
    <w:p w14:paraId="0A202CDF" w14:textId="77777777" w:rsidR="00207C05" w:rsidRPr="00B16F77" w:rsidRDefault="00000000">
      <w:pPr>
        <w:pStyle w:val="Heading2"/>
        <w:rPr>
          <w:color w:val="000000" w:themeColor="text1"/>
        </w:rPr>
      </w:pPr>
      <w:r w:rsidRPr="00B16F77">
        <w:rPr>
          <w:color w:val="000000" w:themeColor="text1"/>
        </w:rPr>
        <w:t>3) Age of the Appliance as of February 2026</w:t>
      </w:r>
    </w:p>
    <w:p w14:paraId="0F662235" w14:textId="77777777" w:rsidR="00207C05" w:rsidRPr="00B16F77" w:rsidRDefault="00000000">
      <w:pPr>
        <w:rPr>
          <w:color w:val="000000" w:themeColor="text1"/>
        </w:rPr>
      </w:pPr>
      <w:r w:rsidRPr="00B16F77">
        <w:rPr>
          <w:color w:val="000000" w:themeColor="text1"/>
        </w:rPr>
        <w:t>From July 2005 to February 2026, the unit is approximately 20 years and 7 months old (∼20.5 years).</w:t>
      </w:r>
    </w:p>
    <w:p w14:paraId="5C3B11C3" w14:textId="77777777" w:rsidR="00207C05" w:rsidRPr="00B16F77" w:rsidRDefault="00000000">
      <w:pPr>
        <w:pStyle w:val="Heading2"/>
        <w:rPr>
          <w:color w:val="000000" w:themeColor="text1"/>
        </w:rPr>
      </w:pPr>
      <w:r w:rsidRPr="00B16F77">
        <w:rPr>
          <w:color w:val="000000" w:themeColor="text1"/>
        </w:rPr>
        <w:t>4) Production / Support Window Confirmation</w:t>
      </w:r>
    </w:p>
    <w:p w14:paraId="61253CC1" w14:textId="77777777" w:rsidR="00207C05" w:rsidRPr="00B16F77" w:rsidRDefault="00000000">
      <w:pPr>
        <w:rPr>
          <w:color w:val="000000" w:themeColor="text1"/>
        </w:rPr>
      </w:pPr>
      <w:r w:rsidRPr="00B16F77">
        <w:rPr>
          <w:color w:val="000000" w:themeColor="text1"/>
        </w:rPr>
        <w:t>GE’s Owner Center for the related model HTR16ABSRCC lists manufacturing from April 2005 through March 2013, which aligns with a July 2005 manufacture date for HTR16ABSERCC and confirms the mid‑2000s production window. The GE Appliances Parts page for HTR16ABSERCC also provides model documentation, reinforcing this production context.</w:t>
      </w:r>
    </w:p>
    <w:p w14:paraId="6C98ACED" w14:textId="77777777" w:rsidR="00207C05" w:rsidRPr="00B16F77" w:rsidRDefault="00000000">
      <w:pPr>
        <w:pStyle w:val="Heading2"/>
        <w:rPr>
          <w:color w:val="000000" w:themeColor="text1"/>
        </w:rPr>
      </w:pPr>
      <w:r w:rsidRPr="00B16F77">
        <w:rPr>
          <w:color w:val="000000" w:themeColor="text1"/>
        </w:rPr>
        <w:t>5) Failure Pattern Consistent With End‑of‑Life Decline</w:t>
      </w:r>
    </w:p>
    <w:p w14:paraId="382EE0C2" w14:textId="77777777" w:rsidR="00207C05" w:rsidRPr="00B16F77" w:rsidRDefault="00000000">
      <w:pPr>
        <w:rPr>
          <w:color w:val="000000" w:themeColor="text1"/>
        </w:rPr>
      </w:pPr>
      <w:r w:rsidRPr="00B16F77">
        <w:rPr>
          <w:color w:val="000000" w:themeColor="text1"/>
        </w:rPr>
        <w:t>Reported symptoms match end‑of‑life performance in similar Hotpoint/GE top‑freezer units from this era: inability to maintain ≤40°F, brief cooling after extended run time on the coldest setting, long compressor run cycles, and recurrent warming. These patterns are typical of sealed‑system/compressor inefficiency and aging thermostat/defrost components in ~20‑year‑old units.</w:t>
      </w:r>
    </w:p>
    <w:p w14:paraId="7971323D" w14:textId="77777777" w:rsidR="00207C05" w:rsidRPr="00B16F77" w:rsidRDefault="00000000">
      <w:pPr>
        <w:pStyle w:val="Heading2"/>
        <w:rPr>
          <w:color w:val="000000" w:themeColor="text1"/>
        </w:rPr>
      </w:pPr>
      <w:r w:rsidRPr="00B16F77">
        <w:rPr>
          <w:color w:val="000000" w:themeColor="text1"/>
        </w:rPr>
        <w:t>6) Practical Conclusion – Replacement Justified</w:t>
      </w:r>
    </w:p>
    <w:p w14:paraId="06A13E1B" w14:textId="77777777" w:rsidR="00207C05" w:rsidRDefault="00000000">
      <w:pPr>
        <w:rPr>
          <w:color w:val="000000" w:themeColor="text1"/>
        </w:rPr>
      </w:pPr>
      <w:r w:rsidRPr="00B16F77">
        <w:rPr>
          <w:color w:val="000000" w:themeColor="text1"/>
        </w:rPr>
        <w:t xml:space="preserve">With a verified manufacture date of July 2005 and current temperature‑control failure, the refrigerator is beyond its design service life. Replacement is the appropriate corrective action. If contested, verification can be performed by a 24‑hour temperature data log </w:t>
      </w:r>
      <w:r w:rsidRPr="00B16F77">
        <w:rPr>
          <w:color w:val="000000" w:themeColor="text1"/>
        </w:rPr>
        <w:lastRenderedPageBreak/>
        <w:t>showing ≤40°F maintained on a medium setting after a full defrost/reset; failure to meet this standard confirms non‑functional status for food safety.</w:t>
      </w:r>
    </w:p>
    <w:p w14:paraId="72EF6D41" w14:textId="44D513C7" w:rsidR="00B16F77" w:rsidRPr="00B16F77" w:rsidRDefault="00B16F77">
      <w:pPr>
        <w:rPr>
          <w:color w:val="000000" w:themeColor="text1"/>
        </w:rPr>
      </w:pPr>
      <w:r>
        <w:rPr>
          <w:noProof/>
          <w:color w:val="000000" w:themeColor="text1"/>
        </w:rPr>
        <w:drawing>
          <wp:inline distT="0" distB="0" distL="0" distR="0" wp14:anchorId="72F98F64" wp14:editId="4532B1A0">
            <wp:extent cx="5476875" cy="4105275"/>
            <wp:effectExtent l="0" t="0" r="9525" b="9525"/>
            <wp:docPr id="54833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5476875" cy="4105275"/>
                    </a:xfrm>
                    <a:prstGeom prst="rect">
                      <a:avLst/>
                    </a:prstGeom>
                    <a:noFill/>
                    <a:ln>
                      <a:noFill/>
                    </a:ln>
                  </pic:spPr>
                </pic:pic>
              </a:graphicData>
            </a:graphic>
          </wp:inline>
        </w:drawing>
      </w:r>
    </w:p>
    <w:sectPr w:rsidR="00B16F77" w:rsidRPr="00B16F77"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085948750">
    <w:abstractNumId w:val="8"/>
  </w:num>
  <w:num w:numId="2" w16cid:durableId="862130104">
    <w:abstractNumId w:val="6"/>
  </w:num>
  <w:num w:numId="3" w16cid:durableId="789321479">
    <w:abstractNumId w:val="5"/>
  </w:num>
  <w:num w:numId="4" w16cid:durableId="1051998643">
    <w:abstractNumId w:val="4"/>
  </w:num>
  <w:num w:numId="5" w16cid:durableId="1811432589">
    <w:abstractNumId w:val="7"/>
  </w:num>
  <w:num w:numId="6" w16cid:durableId="1902327095">
    <w:abstractNumId w:val="3"/>
  </w:num>
  <w:num w:numId="7" w16cid:durableId="776603508">
    <w:abstractNumId w:val="2"/>
  </w:num>
  <w:num w:numId="8" w16cid:durableId="1308435569">
    <w:abstractNumId w:val="1"/>
  </w:num>
  <w:num w:numId="9" w16cid:durableId="1035812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07C05"/>
    <w:rsid w:val="0029639D"/>
    <w:rsid w:val="00326F90"/>
    <w:rsid w:val="00921266"/>
    <w:rsid w:val="00AA1D8D"/>
    <w:rsid w:val="00B16F77"/>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484C7"/>
  <w14:defaultImageDpi w14:val="300"/>
  <w15:docId w15:val="{8586FA43-FAF0-456C-95FC-D9A23A2C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310</Words>
  <Characters>1969</Characters>
  <Application>Microsoft Office Word</Application>
  <DocSecurity>0</DocSecurity>
  <Lines>37</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Jacob Palasek</cp:lastModifiedBy>
  <cp:revision>2</cp:revision>
  <dcterms:created xsi:type="dcterms:W3CDTF">2026-02-24T04:31:00Z</dcterms:created>
  <dcterms:modified xsi:type="dcterms:W3CDTF">2026-02-24T04:31:00Z</dcterms:modified>
  <cp:category/>
</cp:coreProperties>
</file>